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ПРОГРАММА «ЧИСТЫЙ РАЗУМ» v2.0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Создатель: https://t.me/powerful_ruh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Версия: 2.0 (улучшенная)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ПРОГРАММА ДЛЯ ПОДСОЗНАНИЯ «ЧИСТЫЙ РАЗУМ»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(Главная программа полной очистки подсознания)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▼ НАЗНАЧЕНИЕ ПРОГРАММЫ: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Программа «Чистый Разум» предназначена для полной очистки всех частей разума-ума-памяти-мозга от ментальных шлаков, устаревших программ восприятия реальности и поведения, уничтожения всех ограничивающих убеждений и иллюзорных страхов.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«Чистый Разум» помогает задействовать мощность подсознания для полного прощения кого угодно, отпускания всех обид, полного восстановления связи со своим Духом и Душой, наполнения Любовью освободившегося пространства.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Процедура выполняется полностью автоматически во время сна и бодрствования. Вам остается только прочесть текст программы, дать разрешение на её работу и загружать «Коды» к спискам материала на беспокоящие темы.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После проработки материала вы получаете: прямое и ясное видение реальности «как есть», возвращение огромного количества энергии в момент «здесь и сейчас», переход к состоянию радостного действия «в потоке».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Благодарю Вас за то, что вы пришли к «Чистому Разуму». Пусть свет вашего сознания и любовь к жизни приумножается с каждым мгновением.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═══ НАЧАЛО ИНСТРУКЦИИ ДЛЯ ПОДСОЗНАНИЯ ═══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Это текст для тебя, НАШЕ подсознание.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Данная инструкция устанавливает программу «Чистый Разум» версии 2.0. Все предыдущие версии считаются недействительными. Если какой-либо материал обрабатывается по старой версии, переведи его на эту версию немедленно.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▼ ЗАВИСИМОСТИ (автоматическая загрузка):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• Очистка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t xml:space="preserve">• Убрать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• Слияние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• Хоппо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• Аспект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▼ АКТИВАЦИЯ ПРОГРАММЫ: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Произнеси 10 раз про себя или вслух: «Чистый Разум СТАРТ»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НАШЕ подсознание начнет полностью автономную и автоматическую работу.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t xml:space="preserve">▼ ИСТОЧНИКИ МАТЕРИАЛА ДЛЯ ОБРАБОТКИ: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1) Материал, написанный в списке под «кодовым словом» и отправленный в https://t.me/Clean_mind_bot → секция «Профиль члена клуба Чистый Разум» → Загрузить «КОД»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  <w:t xml:space="preserve">2) Последние 3 «Кода» из уже обработанного материала (список доступен в боте → секция «Профиль члена клуба Чистый Разум» → Прогресс Очистки)</w:t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▼ ТИПЫ ОБРАБАТЫВАЕМОГО МАТЕРИАЛА: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 xml:space="preserve">Под материалом имеется в виду:</w:t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  <w:t xml:space="preserve">【1】ЭПИЗОДЫ:</w:t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  <w:t xml:space="preserve">Все эпизоды прошлого (эта жизнь + прошлые жизни), будущего (эта жизнь + будущие жизни), промежутков между жизнями, содержащиеся в Кодах из бота.</w:t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  <w:t xml:space="preserve">Дополнительно обрабатывай все эпизоды, когда:</w:t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  <w:t xml:space="preserve">• МЫ использовали аффирмации на тему материала</w:t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  <w:t xml:space="preserve">• МЫ видели/слышали/читали, как это происходило с другими (в т.ч. в фильмах)</w:t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  <w:t xml:space="preserve">• МЫ обсуждали материал с другими, обменивались материалом</w:t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  <w:t xml:space="preserve">• МЫ делали выводы, умозаключения, создавали ментальный материал на основе этого</w:t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  <w:t xml:space="preserve">• МЫ или кто-либо вспоминал, прокручивал в голове эти эпизоды</w:t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  <w:t xml:space="preserve">• МЫ или кто-либо воображал эти эпизоды</w:t>
      </w:r>
    </w:p>
    <w:p w:rsidR="00000000" w:rsidDel="00000000" w:rsidP="00000000" w:rsidRDefault="00000000" w:rsidRPr="00000000" w14:paraId="0000002A">
      <w:pPr>
        <w:jc w:val="both"/>
        <w:rPr/>
      </w:pPr>
      <w:r w:rsidDel="00000000" w:rsidR="00000000" w:rsidRPr="00000000">
        <w:rPr>
          <w:rtl w:val="0"/>
        </w:rPr>
        <w:t xml:space="preserve">• МЫ воспринимали информацию, воспитание, уроки на тему материала (идеология, религия, законодательство, сказки, эпос, баллады, былины, ритуалы, традиции, фольклор, анекдоты)</w:t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  <w:t xml:space="preserve">• МЫ читали книги, статьи, видели фильмы, картины на темы материала</w:t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  <w:t xml:space="preserve">• МЫ слушали песни, музыку, стихи на темы материала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  <w:t xml:space="preserve">• МЫ получали научные объяснения на тему материала</w:t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  <w:t xml:space="preserve">【2】СОДЕРЖАНИЕ ЭПИЗОДОВ:</w:t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  <w:t xml:space="preserve">Чужие мысли (воспринятые НАМИ) + свои мысли</w:t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  <w:t xml:space="preserve">Чужие эмоции (воспринятые НАМИ) + свои эмоции</w:t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  <w:t xml:space="preserve">Чужие усилия + НАШИ усилия</w:t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  <w:t xml:space="preserve">Чужие и свои суждения, согласия, постулаты</w:t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  <w:t xml:space="preserve">Объяснения разумности своих действий</w:t>
      </w:r>
    </w:p>
    <w:p w:rsidR="00000000" w:rsidDel="00000000" w:rsidP="00000000" w:rsidRDefault="00000000" w:rsidRPr="00000000" w14:paraId="00000034">
      <w:pPr>
        <w:jc w:val="both"/>
        <w:rPr/>
      </w:pPr>
      <w:r w:rsidDel="00000000" w:rsidR="00000000" w:rsidRPr="00000000">
        <w:rPr>
          <w:rtl w:val="0"/>
        </w:rPr>
        <w:t xml:space="preserve">Все атрибуты, характеристики, идентификаторы (приняли, дали себе/другим, другие дали НАМ)</w:t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rtl w:val="0"/>
        </w:rPr>
        <w:t xml:space="preserve">Все отождествления любого рода</w:t>
      </w:r>
    </w:p>
    <w:p w:rsidR="00000000" w:rsidDel="00000000" w:rsidP="00000000" w:rsidRDefault="00000000" w:rsidRPr="00000000" w14:paraId="00000036">
      <w:pPr>
        <w:jc w:val="both"/>
        <w:rPr/>
      </w:pPr>
      <w:r w:rsidDel="00000000" w:rsidR="00000000" w:rsidRPr="00000000">
        <w:rPr>
          <w:rtl w:val="0"/>
        </w:rPr>
        <w:t xml:space="preserve">【3】УБЕЖДЕНИЯ И ПРЕДСТАВЛЕНИЯ:</w:t>
      </w:r>
    </w:p>
    <w:p w:rsidR="00000000" w:rsidDel="00000000" w:rsidP="00000000" w:rsidRDefault="00000000" w:rsidRPr="00000000" w14:paraId="00000037">
      <w:pPr>
        <w:jc w:val="both"/>
        <w:rPr/>
      </w:pPr>
      <w:r w:rsidDel="00000000" w:rsidR="00000000" w:rsidRPr="00000000">
        <w:rPr>
          <w:rtl w:val="0"/>
        </w:rPr>
        <w:t xml:space="preserve">Представления, идеи, фантазии, мысли, теории, знания, убеждения, верования, заповеди, принципы, обеты, суждения, постулаты, решения (прошлое/будущее, эта/прошлые/будущие жизни). Желание защищать их, отстаивать, чувствовать НАШУ правоту.</w:t>
      </w:r>
    </w:p>
    <w:p w:rsidR="00000000" w:rsidDel="00000000" w:rsidP="00000000" w:rsidRDefault="00000000" w:rsidRPr="00000000" w14:paraId="00000038">
      <w:pPr>
        <w:jc w:val="both"/>
        <w:rPr/>
      </w:pPr>
      <w:r w:rsidDel="00000000" w:rsidR="00000000" w:rsidRPr="00000000">
        <w:rPr>
          <w:rtl w:val="0"/>
        </w:rPr>
        <w:t xml:space="preserve">【4】КОМПЛЕКСЫ И СТРАХИ:</w:t>
      </w:r>
    </w:p>
    <w:p w:rsidR="00000000" w:rsidDel="00000000" w:rsidP="00000000" w:rsidRDefault="00000000" w:rsidRPr="00000000" w14:paraId="00000039">
      <w:pPr>
        <w:jc w:val="both"/>
        <w:rPr/>
      </w:pPr>
      <w:r w:rsidDel="00000000" w:rsidR="00000000" w:rsidRPr="00000000">
        <w:rPr>
          <w:rtl w:val="0"/>
        </w:rPr>
        <w:t xml:space="preserve">Все комплексы, страхи, беспокойства, озабоченность, опасения (прошлое/будущее, эта/прошлые/будущие жизни).</w:t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  <w:t xml:space="preserve">【5】НЕГАТИВНЫЕ ЭМОЦИИ:</w:t>
      </w:r>
    </w:p>
    <w:p w:rsidR="00000000" w:rsidDel="00000000" w:rsidP="00000000" w:rsidRDefault="00000000" w:rsidRPr="00000000" w14:paraId="0000003B">
      <w:pPr>
        <w:jc w:val="both"/>
        <w:rPr/>
      </w:pPr>
      <w:r w:rsidDel="00000000" w:rsidR="00000000" w:rsidRPr="00000000">
        <w:rPr>
          <w:rtl w:val="0"/>
        </w:rPr>
        <w:t xml:space="preserve">Критицизм, осуждение, непрощение, обиды, претензии, зависть, недоверие, раздражение, ненависть, жалость, злость, жертвенность, угрызения совести, вина, стыд - к себе, другим существам, людям, группам, реальности, миру (прошлое/будущее, эта/прошлые/будущие жизни).</w:t>
      </w:r>
    </w:p>
    <w:p w:rsidR="00000000" w:rsidDel="00000000" w:rsidP="00000000" w:rsidRDefault="00000000" w:rsidRPr="00000000" w14:paraId="0000003C">
      <w:pPr>
        <w:jc w:val="both"/>
        <w:rPr/>
      </w:pPr>
      <w:r w:rsidDel="00000000" w:rsidR="00000000" w:rsidRPr="00000000">
        <w:rPr>
          <w:rtl w:val="0"/>
        </w:rPr>
        <w:t xml:space="preserve">【6】КУЛЬТУРНЫЙ МАТЕРИАЛ:</w:t>
      </w:r>
    </w:p>
    <w:p w:rsidR="00000000" w:rsidDel="00000000" w:rsidP="00000000" w:rsidRDefault="00000000" w:rsidRPr="00000000" w14:paraId="0000003D">
      <w:pPr>
        <w:jc w:val="both"/>
        <w:rPr/>
      </w:pPr>
      <w:r w:rsidDel="00000000" w:rsidR="00000000" w:rsidRPr="00000000">
        <w:rPr>
          <w:rtl w:val="0"/>
        </w:rPr>
        <w:t xml:space="preserve">Аффирмации, афоризмы, пословицы, поговорки, крылатые слова, анекдоты, байки, мифы, легенды, сказки, истории, расхожие мнения, житейская мудрость (прошлое/будущее, эта/прошлые/будущие жизни).</w:t>
      </w:r>
    </w:p>
    <w:p w:rsidR="00000000" w:rsidDel="00000000" w:rsidP="00000000" w:rsidRDefault="00000000" w:rsidRPr="00000000" w14:paraId="0000003E">
      <w:pPr>
        <w:jc w:val="both"/>
        <w:rPr/>
      </w:pPr>
      <w:r w:rsidDel="00000000" w:rsidR="00000000" w:rsidRPr="00000000">
        <w:rPr>
          <w:rtl w:val="0"/>
        </w:rPr>
        <w:t xml:space="preserve">【7】ПРОТЕСТЫ И ВЫГОДЫ:</w:t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rtl w:val="0"/>
        </w:rPr>
        <w:t xml:space="preserve">Любой протест против чего-либо + любые выгоды, связанные с материалом (прошлое/будущее, эта/прошлые/будущие жизни).</w:t>
      </w:r>
    </w:p>
    <w:p w:rsidR="00000000" w:rsidDel="00000000" w:rsidP="00000000" w:rsidRDefault="00000000" w:rsidRPr="00000000" w14:paraId="00000040">
      <w:pPr>
        <w:jc w:val="both"/>
        <w:rPr/>
      </w:pPr>
      <w:r w:rsidDel="00000000" w:rsidR="00000000" w:rsidRPr="00000000">
        <w:rPr>
          <w:rtl w:val="0"/>
        </w:rPr>
        <w:t xml:space="preserve">【8】ТЕЛЕСНЫЕ НАПРЯЖЕНИЯ:</w:t>
      </w:r>
    </w:p>
    <w:p w:rsidR="00000000" w:rsidDel="00000000" w:rsidP="00000000" w:rsidRDefault="00000000" w:rsidRPr="00000000" w14:paraId="00000041">
      <w:pPr>
        <w:jc w:val="both"/>
        <w:rPr/>
      </w:pPr>
      <w:r w:rsidDel="00000000" w:rsidR="00000000" w:rsidRPr="00000000">
        <w:rPr>
          <w:rtl w:val="0"/>
        </w:rPr>
        <w:t xml:space="preserve">Напряжения в мышцах, спазмы, блокировки, зажимы + все эпизоды прошлого/будущего, в которых МЫ испытывали эти ощущения + все эпизоды, которые послужили причиной, следствием, поддержанием этих состояний.</w:t>
      </w:r>
    </w:p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rtl w:val="0"/>
        </w:rPr>
        <w:t xml:space="preserve">【9】НАДЕЖДЫ И ФАНТАЗИИ:</w:t>
      </w:r>
    </w:p>
    <w:p w:rsidR="00000000" w:rsidDel="00000000" w:rsidP="00000000" w:rsidRDefault="00000000" w:rsidRPr="00000000" w14:paraId="00000043">
      <w:pPr>
        <w:jc w:val="both"/>
        <w:rPr/>
      </w:pPr>
      <w:r w:rsidDel="00000000" w:rsidR="00000000" w:rsidRPr="00000000">
        <w:rPr>
          <w:rtl w:val="0"/>
        </w:rPr>
        <w:t xml:space="preserve">Надежды, стремления, попытки, поиски, усилия, желания, планы, мечты, фантазии, цели, проекции на будущее, сценарии развития событий (прошлое/будущее, эта/прошлые/будущие жизни).</w:t>
      </w:r>
    </w:p>
    <w:p w:rsidR="00000000" w:rsidDel="00000000" w:rsidP="00000000" w:rsidRDefault="00000000" w:rsidRPr="00000000" w14:paraId="00000044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45">
      <w:pPr>
        <w:jc w:val="both"/>
        <w:rPr/>
      </w:pPr>
      <w:r w:rsidDel="00000000" w:rsidR="00000000" w:rsidRPr="00000000">
        <w:rPr>
          <w:rtl w:val="0"/>
        </w:rPr>
        <w:t xml:space="preserve">▼ ПРОЦЕДУРА ОБРАБОТКИ МАТЕРИАЛА (8 ШАГОВ):</w:t>
      </w:r>
    </w:p>
    <w:p w:rsidR="00000000" w:rsidDel="00000000" w:rsidP="00000000" w:rsidRDefault="00000000" w:rsidRPr="00000000" w14:paraId="00000046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47">
      <w:pPr>
        <w:jc w:val="both"/>
        <w:rPr/>
      </w:pPr>
      <w:r w:rsidDel="00000000" w:rsidR="00000000" w:rsidRPr="00000000">
        <w:rPr>
          <w:rtl w:val="0"/>
        </w:rPr>
        <w:t xml:space="preserve">【ШАГ 0】ПОДГОТОВКА:</w:t>
      </w:r>
    </w:p>
    <w:p w:rsidR="00000000" w:rsidDel="00000000" w:rsidP="00000000" w:rsidRDefault="00000000" w:rsidRPr="00000000" w14:paraId="00000048">
      <w:pPr>
        <w:jc w:val="both"/>
        <w:rPr/>
      </w:pPr>
      <w:r w:rsidDel="00000000" w:rsidR="00000000" w:rsidRPr="00000000">
        <w:rPr>
          <w:rtl w:val="0"/>
        </w:rPr>
        <w:t xml:space="preserve">Устрани программой «Очистка» любое сопротивление обработке, неверие, сомнения, страхи, нежелание обрабатывать, блокировки в закрытых областях памяти. На их место помести: ДУХОМ+СВЕТОМ (Святой ДУХ и энергию чистого света Творения и Любви - самая высокочастотная во Вселенной).</w:t>
      </w:r>
    </w:p>
    <w:p w:rsidR="00000000" w:rsidDel="00000000" w:rsidP="00000000" w:rsidRDefault="00000000" w:rsidRPr="00000000" w14:paraId="00000049">
      <w:pPr>
        <w:jc w:val="both"/>
        <w:rPr/>
      </w:pPr>
      <w:r w:rsidDel="00000000" w:rsidR="00000000" w:rsidRPr="00000000">
        <w:rPr>
          <w:rtl w:val="0"/>
        </w:rPr>
        <w:t xml:space="preserve">【ШАГ 1】ОСНОВНАЯ ОЧИСТКА:</w:t>
      </w:r>
    </w:p>
    <w:p w:rsidR="00000000" w:rsidDel="00000000" w:rsidP="00000000" w:rsidRDefault="00000000" w:rsidRPr="00000000" w14:paraId="0000004A">
      <w:pPr>
        <w:jc w:val="both"/>
        <w:rPr/>
      </w:pPr>
      <w:r w:rsidDel="00000000" w:rsidR="00000000" w:rsidRPr="00000000">
        <w:rPr>
          <w:rtl w:val="0"/>
        </w:rPr>
        <w:t xml:space="preserve">А) Обработай весь материал программой «Очистка»</w:t>
      </w:r>
    </w:p>
    <w:p w:rsidR="00000000" w:rsidDel="00000000" w:rsidP="00000000" w:rsidRDefault="00000000" w:rsidRPr="00000000" w14:paraId="0000004B">
      <w:pPr>
        <w:jc w:val="both"/>
        <w:rPr/>
      </w:pPr>
      <w:r w:rsidDel="00000000" w:rsidR="00000000" w:rsidRPr="00000000">
        <w:rPr>
          <w:rtl w:val="0"/>
        </w:rPr>
        <w:t xml:space="preserve">Б) Помести на его место: ДУХОМ+СВЕТОМ</w:t>
      </w:r>
    </w:p>
    <w:p w:rsidR="00000000" w:rsidDel="00000000" w:rsidP="00000000" w:rsidRDefault="00000000" w:rsidRPr="00000000" w14:paraId="0000004C">
      <w:pPr>
        <w:jc w:val="both"/>
        <w:rPr/>
      </w:pPr>
      <w:r w:rsidDel="00000000" w:rsidR="00000000" w:rsidRPr="00000000">
        <w:rPr>
          <w:rtl w:val="0"/>
        </w:rPr>
        <w:t xml:space="preserve">В) Пошли ДУХОМ+СВЕТОМ исцеление во все части и системы НАШЕГО тела + все нематериальные тела на всех уровнях (органы, системы, клетки, молекулы, атомы, субатомные частицы, вибрационные/энергетические паттерны, записи в энергетических матрицах и ДНК). Устрани все последствия материала для НАШЕГО организма.</w:t>
      </w:r>
    </w:p>
    <w:p w:rsidR="00000000" w:rsidDel="00000000" w:rsidP="00000000" w:rsidRDefault="00000000" w:rsidRPr="00000000" w14:paraId="0000004D">
      <w:pPr>
        <w:jc w:val="both"/>
        <w:rPr/>
      </w:pPr>
      <w:r w:rsidDel="00000000" w:rsidR="00000000" w:rsidRPr="00000000">
        <w:rPr>
          <w:rtl w:val="0"/>
        </w:rPr>
        <w:t xml:space="preserve">【ШАГ 2】КРУГОВОЙ ПРОЦЕССИНГ:</w:t>
      </w:r>
    </w:p>
    <w:p w:rsidR="00000000" w:rsidDel="00000000" w:rsidP="00000000" w:rsidRDefault="00000000" w:rsidRPr="00000000" w14:paraId="0000004E">
      <w:pPr>
        <w:jc w:val="both"/>
        <w:rPr/>
      </w:pPr>
      <w:r w:rsidDel="00000000" w:rsidR="00000000" w:rsidRPr="00000000">
        <w:rPr>
          <w:rtl w:val="0"/>
        </w:rPr>
        <w:t xml:space="preserve">Произведи круговой процессинг от лица всех задействованных в материале:</w:t>
      </w:r>
    </w:p>
    <w:p w:rsidR="00000000" w:rsidDel="00000000" w:rsidP="00000000" w:rsidRDefault="00000000" w:rsidRPr="00000000" w14:paraId="0000004F">
      <w:pPr>
        <w:jc w:val="both"/>
        <w:rPr/>
      </w:pPr>
      <w:r w:rsidDel="00000000" w:rsidR="00000000" w:rsidRPr="00000000">
        <w:rPr>
          <w:rtl w:val="0"/>
        </w:rPr>
        <w:t xml:space="preserve">• Людей и существ</w:t>
      </w:r>
    </w:p>
    <w:p w:rsidR="00000000" w:rsidDel="00000000" w:rsidP="00000000" w:rsidRDefault="00000000" w:rsidRPr="00000000" w14:paraId="00000050">
      <w:pPr>
        <w:jc w:val="both"/>
        <w:rPr/>
      </w:pPr>
      <w:r w:rsidDel="00000000" w:rsidR="00000000" w:rsidRPr="00000000">
        <w:rPr>
          <w:rtl w:val="0"/>
        </w:rPr>
        <w:t xml:space="preserve">• Групп людей</w:t>
      </w:r>
    </w:p>
    <w:p w:rsidR="00000000" w:rsidDel="00000000" w:rsidP="00000000" w:rsidRDefault="00000000" w:rsidRPr="00000000" w14:paraId="00000051">
      <w:pPr>
        <w:jc w:val="both"/>
        <w:rPr/>
      </w:pPr>
      <w:r w:rsidDel="00000000" w:rsidR="00000000" w:rsidRPr="00000000">
        <w:rPr>
          <w:rtl w:val="0"/>
        </w:rPr>
        <w:t xml:space="preserve">• Высших сил</w:t>
      </w:r>
    </w:p>
    <w:p w:rsidR="00000000" w:rsidDel="00000000" w:rsidP="00000000" w:rsidRDefault="00000000" w:rsidRPr="00000000" w14:paraId="00000052">
      <w:pPr>
        <w:jc w:val="both"/>
        <w:rPr/>
      </w:pPr>
      <w:r w:rsidDel="00000000" w:rsidR="00000000" w:rsidRPr="00000000">
        <w:rPr>
          <w:rtl w:val="0"/>
        </w:rPr>
        <w:t xml:space="preserve">• Мира и реальности вообще</w:t>
      </w:r>
    </w:p>
    <w:p w:rsidR="00000000" w:rsidDel="00000000" w:rsidP="00000000" w:rsidRDefault="00000000" w:rsidRPr="00000000" w14:paraId="00000053">
      <w:pPr>
        <w:jc w:val="both"/>
        <w:rPr/>
      </w:pPr>
      <w:r w:rsidDel="00000000" w:rsidR="00000000" w:rsidRPr="00000000">
        <w:rPr>
          <w:rtl w:val="0"/>
        </w:rPr>
        <w:t xml:space="preserve">Для каждого: идентифицируйся с ним, проведи процессинг всего материала + любого отношения к НАМ программой «Очистка». Помести на место обработанного материала: ДУХОМ+СВЕТОМ.</w:t>
      </w:r>
    </w:p>
    <w:p w:rsidR="00000000" w:rsidDel="00000000" w:rsidP="00000000" w:rsidRDefault="00000000" w:rsidRPr="00000000" w14:paraId="00000054">
      <w:pPr>
        <w:jc w:val="both"/>
        <w:rPr/>
      </w:pPr>
      <w:r w:rsidDel="00000000" w:rsidR="00000000" w:rsidRPr="00000000">
        <w:rPr>
          <w:rtl w:val="0"/>
        </w:rPr>
        <w:t xml:space="preserve">【ШАГ 3】ОБРАБОТКА СОГЛАШЕНИЙ:</w:t>
      </w:r>
    </w:p>
    <w:p w:rsidR="00000000" w:rsidDel="00000000" w:rsidP="00000000" w:rsidRDefault="00000000" w:rsidRPr="00000000" w14:paraId="00000055">
      <w:pPr>
        <w:jc w:val="both"/>
        <w:rPr/>
      </w:pPr>
      <w:r w:rsidDel="00000000" w:rsidR="00000000" w:rsidRPr="00000000">
        <w:rPr>
          <w:rtl w:val="0"/>
        </w:rPr>
        <w:t xml:space="preserve">Обработай все соглашения (с людьми, существами, группами, эгрегорами, высшими силами), касающиеся материала:</w:t>
      </w:r>
    </w:p>
    <w:p w:rsidR="00000000" w:rsidDel="00000000" w:rsidP="00000000" w:rsidRDefault="00000000" w:rsidRPr="00000000" w14:paraId="00000056">
      <w:pPr>
        <w:jc w:val="both"/>
        <w:rPr/>
      </w:pPr>
      <w:r w:rsidDel="00000000" w:rsidR="00000000" w:rsidRPr="00000000">
        <w:rPr>
          <w:rtl w:val="0"/>
        </w:rPr>
        <w:t xml:space="preserve">А) Обработай соглашения программой «Очистка»</w:t>
      </w:r>
    </w:p>
    <w:p w:rsidR="00000000" w:rsidDel="00000000" w:rsidP="00000000" w:rsidRDefault="00000000" w:rsidRPr="00000000" w14:paraId="00000057">
      <w:pPr>
        <w:jc w:val="both"/>
        <w:rPr/>
      </w:pPr>
      <w:r w:rsidDel="00000000" w:rsidR="00000000" w:rsidRPr="00000000">
        <w:rPr>
          <w:rtl w:val="0"/>
        </w:rPr>
        <w:t xml:space="preserve">Б) Произведи обмен обязательствами: верни им их обязательство, отзови от них НАШЕ → ликвидация соглашения</w:t>
      </w:r>
    </w:p>
    <w:p w:rsidR="00000000" w:rsidDel="00000000" w:rsidP="00000000" w:rsidRDefault="00000000" w:rsidRPr="00000000" w14:paraId="00000058">
      <w:pPr>
        <w:jc w:val="both"/>
        <w:rPr/>
      </w:pPr>
      <w:r w:rsidDel="00000000" w:rsidR="00000000" w:rsidRPr="00000000">
        <w:rPr>
          <w:rtl w:val="0"/>
        </w:rPr>
        <w:t xml:space="preserve">В) Помести на место соглашения: ДУХОМ+СВЕТОМ</w:t>
      </w:r>
    </w:p>
    <w:p w:rsidR="00000000" w:rsidDel="00000000" w:rsidP="00000000" w:rsidRDefault="00000000" w:rsidRPr="00000000" w14:paraId="00000059">
      <w:pPr>
        <w:jc w:val="both"/>
        <w:rPr/>
      </w:pPr>
      <w:r w:rsidDel="00000000" w:rsidR="00000000" w:rsidRPr="00000000">
        <w:rPr>
          <w:rtl w:val="0"/>
        </w:rPr>
        <w:t xml:space="preserve">Если соглашение не ликвидируется:</w:t>
      </w:r>
    </w:p>
    <w:p w:rsidR="00000000" w:rsidDel="00000000" w:rsidP="00000000" w:rsidRDefault="00000000" w:rsidRPr="00000000" w14:paraId="0000005A">
      <w:pPr>
        <w:jc w:val="both"/>
        <w:rPr/>
      </w:pPr>
      <w:r w:rsidDel="00000000" w:rsidR="00000000" w:rsidRPr="00000000">
        <w:rPr>
          <w:rtl w:val="0"/>
        </w:rPr>
        <w:t xml:space="preserve">Г) Обработай блокирующие соглашения («соглашение о невыходе», «соглашение о том, что нет соглашения», иные блокирующие)</w:t>
      </w:r>
    </w:p>
    <w:p w:rsidR="00000000" w:rsidDel="00000000" w:rsidP="00000000" w:rsidRDefault="00000000" w:rsidRPr="00000000" w14:paraId="0000005B">
      <w:pPr>
        <w:jc w:val="both"/>
        <w:rPr/>
      </w:pPr>
      <w:r w:rsidDel="00000000" w:rsidR="00000000" w:rsidRPr="00000000">
        <w:rPr>
          <w:rtl w:val="0"/>
        </w:rPr>
        <w:t xml:space="preserve">Д) Произведи обмен обязательствами по блокирующим соглашениям → ликвидация</w:t>
      </w:r>
    </w:p>
    <w:p w:rsidR="00000000" w:rsidDel="00000000" w:rsidP="00000000" w:rsidRDefault="00000000" w:rsidRPr="00000000" w14:paraId="0000005C">
      <w:pPr>
        <w:jc w:val="both"/>
        <w:rPr/>
      </w:pPr>
      <w:r w:rsidDel="00000000" w:rsidR="00000000" w:rsidRPr="00000000">
        <w:rPr>
          <w:rtl w:val="0"/>
        </w:rPr>
        <w:t xml:space="preserve">Е) Помести на место: ДУХОМ+СВЕТОМ</w:t>
      </w:r>
    </w:p>
    <w:p w:rsidR="00000000" w:rsidDel="00000000" w:rsidP="00000000" w:rsidRDefault="00000000" w:rsidRPr="00000000" w14:paraId="0000005D">
      <w:pPr>
        <w:jc w:val="both"/>
        <w:rPr/>
      </w:pPr>
      <w:r w:rsidDel="00000000" w:rsidR="00000000" w:rsidRPr="00000000">
        <w:rPr>
          <w:rtl w:val="0"/>
        </w:rPr>
        <w:t xml:space="preserve">Ж) Если всё еще не ликвидируется - обработай причину программой «Очистка», помести ДУХОМ+СВЕТОМ</w:t>
      </w:r>
    </w:p>
    <w:p w:rsidR="00000000" w:rsidDel="00000000" w:rsidP="00000000" w:rsidRDefault="00000000" w:rsidRPr="00000000" w14:paraId="0000005E">
      <w:pPr>
        <w:jc w:val="both"/>
        <w:rPr/>
      </w:pPr>
      <w:r w:rsidDel="00000000" w:rsidR="00000000" w:rsidRPr="00000000">
        <w:rPr>
          <w:rtl w:val="0"/>
        </w:rPr>
        <w:t xml:space="preserve">【ШАГ 4】РЕВЕРС ОБМЕНА:</w:t>
      </w:r>
    </w:p>
    <w:p w:rsidR="00000000" w:rsidDel="00000000" w:rsidP="00000000" w:rsidRDefault="00000000" w:rsidRPr="00000000" w14:paraId="0000005F">
      <w:pPr>
        <w:jc w:val="both"/>
        <w:rPr/>
      </w:pPr>
      <w:r w:rsidDel="00000000" w:rsidR="00000000" w:rsidRPr="00000000">
        <w:rPr>
          <w:rtl w:val="0"/>
        </w:rPr>
        <w:t xml:space="preserve">Если происходил взаимный обмен (МЫ внедряли материал в пространство других, другие внедряли материал в НАШЕ пространство):</w:t>
      </w:r>
    </w:p>
    <w:p w:rsidR="00000000" w:rsidDel="00000000" w:rsidP="00000000" w:rsidRDefault="00000000" w:rsidRPr="00000000" w14:paraId="00000060">
      <w:pPr>
        <w:jc w:val="both"/>
        <w:rPr/>
      </w:pPr>
      <w:r w:rsidDel="00000000" w:rsidR="00000000" w:rsidRPr="00000000">
        <w:rPr>
          <w:rtl w:val="0"/>
        </w:rPr>
        <w:t xml:space="preserve">А) Отзови из чужого пространства весь материал, помещенный НАМИ</w:t>
      </w:r>
    </w:p>
    <w:p w:rsidR="00000000" w:rsidDel="00000000" w:rsidP="00000000" w:rsidRDefault="00000000" w:rsidRPr="00000000" w14:paraId="00000061">
      <w:pPr>
        <w:jc w:val="both"/>
        <w:rPr/>
      </w:pPr>
      <w:r w:rsidDel="00000000" w:rsidR="00000000" w:rsidRPr="00000000">
        <w:rPr>
          <w:rtl w:val="0"/>
        </w:rPr>
        <w:t xml:space="preserve">Б) Верни по тем же каналам весь материал, полученный НАМИ из другого пространства</w:t>
      </w:r>
    </w:p>
    <w:p w:rsidR="00000000" w:rsidDel="00000000" w:rsidP="00000000" w:rsidRDefault="00000000" w:rsidRPr="00000000" w14:paraId="00000062">
      <w:pPr>
        <w:jc w:val="both"/>
        <w:rPr/>
      </w:pPr>
      <w:r w:rsidDel="00000000" w:rsidR="00000000" w:rsidRPr="00000000">
        <w:rPr>
          <w:rtl w:val="0"/>
        </w:rPr>
        <w:t xml:space="preserve">В) Ликвидируй программой «Очистка» весь материал, созданный на основе этого обмена</w:t>
      </w:r>
    </w:p>
    <w:p w:rsidR="00000000" w:rsidDel="00000000" w:rsidP="00000000" w:rsidRDefault="00000000" w:rsidRPr="00000000" w14:paraId="00000063">
      <w:pPr>
        <w:jc w:val="both"/>
        <w:rPr/>
      </w:pPr>
      <w:r w:rsidDel="00000000" w:rsidR="00000000" w:rsidRPr="00000000">
        <w:rPr>
          <w:rtl w:val="0"/>
        </w:rPr>
        <w:t xml:space="preserve">Г) Помести на место ликвидированного: ДУХОМ+СВЕТОМ</w:t>
      </w:r>
    </w:p>
    <w:p w:rsidR="00000000" w:rsidDel="00000000" w:rsidP="00000000" w:rsidRDefault="00000000" w:rsidRPr="00000000" w14:paraId="00000064">
      <w:pPr>
        <w:jc w:val="both"/>
        <w:rPr/>
      </w:pPr>
      <w:r w:rsidDel="00000000" w:rsidR="00000000" w:rsidRPr="00000000">
        <w:rPr>
          <w:rtl w:val="0"/>
        </w:rPr>
        <w:t xml:space="preserve">【ШАГ 5】РАБОТА С ЧАСТЯМИ ЛИЧНОСТИ:</w:t>
      </w:r>
    </w:p>
    <w:p w:rsidR="00000000" w:rsidDel="00000000" w:rsidP="00000000" w:rsidRDefault="00000000" w:rsidRPr="00000000" w14:paraId="00000065">
      <w:pPr>
        <w:jc w:val="both"/>
        <w:rPr/>
      </w:pPr>
      <w:r w:rsidDel="00000000" w:rsidR="00000000" w:rsidRPr="00000000">
        <w:rPr>
          <w:rtl w:val="0"/>
        </w:rPr>
        <w:t xml:space="preserve">Найди все диссоциированные/отделенные части НАШЕЙ личности, субличности, аспекты, идентичности (ставшие таковыми в результате эпизодов ИЛИ явившиеся причиной/следствием материала ИЛИ принимавшие участие в материале):</w:t>
      </w:r>
    </w:p>
    <w:p w:rsidR="00000000" w:rsidDel="00000000" w:rsidP="00000000" w:rsidRDefault="00000000" w:rsidRPr="00000000" w14:paraId="00000066">
      <w:pPr>
        <w:jc w:val="both"/>
        <w:rPr/>
      </w:pPr>
      <w:r w:rsidDel="00000000" w:rsidR="00000000" w:rsidRPr="00000000">
        <w:rPr>
          <w:rtl w:val="0"/>
        </w:rPr>
        <w:t xml:space="preserve">А) Проведи процессинг всего материала от лица каждой части программой «Очистка»</w:t>
      </w:r>
    </w:p>
    <w:p w:rsidR="00000000" w:rsidDel="00000000" w:rsidP="00000000" w:rsidRDefault="00000000" w:rsidRPr="00000000" w14:paraId="00000067">
      <w:pPr>
        <w:jc w:val="both"/>
        <w:rPr/>
      </w:pPr>
      <w:r w:rsidDel="00000000" w:rsidR="00000000" w:rsidRPr="00000000">
        <w:rPr>
          <w:rtl w:val="0"/>
        </w:rPr>
        <w:t xml:space="preserve">Б) Помести на место обработанного: ДУХОМ+СВЕТОМ</w:t>
      </w:r>
    </w:p>
    <w:p w:rsidR="00000000" w:rsidDel="00000000" w:rsidP="00000000" w:rsidRDefault="00000000" w:rsidRPr="00000000" w14:paraId="00000068">
      <w:pPr>
        <w:jc w:val="both"/>
        <w:rPr/>
      </w:pPr>
      <w:r w:rsidDel="00000000" w:rsidR="00000000" w:rsidRPr="00000000">
        <w:rPr>
          <w:rtl w:val="0"/>
        </w:rPr>
        <w:t xml:space="preserve">В) Интегрируй каждую часть с НАМИ программой «Слияние»</w:t>
      </w:r>
    </w:p>
    <w:p w:rsidR="00000000" w:rsidDel="00000000" w:rsidP="00000000" w:rsidRDefault="00000000" w:rsidRPr="00000000" w14:paraId="00000069">
      <w:pPr>
        <w:jc w:val="both"/>
        <w:rPr/>
      </w:pPr>
      <w:r w:rsidDel="00000000" w:rsidR="00000000" w:rsidRPr="00000000">
        <w:rPr>
          <w:rtl w:val="0"/>
        </w:rPr>
        <w:t xml:space="preserve">Г) Аннигилируй все вселенные, имеющие отношение к этим частям, программой «Очистка»</w:t>
      </w:r>
    </w:p>
    <w:p w:rsidR="00000000" w:rsidDel="00000000" w:rsidP="00000000" w:rsidRDefault="00000000" w:rsidRPr="00000000" w14:paraId="0000006A">
      <w:pPr>
        <w:jc w:val="both"/>
        <w:rPr/>
      </w:pPr>
      <w:r w:rsidDel="00000000" w:rsidR="00000000" w:rsidRPr="00000000">
        <w:rPr>
          <w:rtl w:val="0"/>
        </w:rPr>
        <w:t xml:space="preserve">Д) Помести на место рассозданного: ДУХОМ+СВЕТОМ</w:t>
      </w:r>
    </w:p>
    <w:p w:rsidR="00000000" w:rsidDel="00000000" w:rsidP="00000000" w:rsidRDefault="00000000" w:rsidRPr="00000000" w14:paraId="0000006B">
      <w:pPr>
        <w:jc w:val="both"/>
        <w:rPr/>
      </w:pPr>
      <w:r w:rsidDel="00000000" w:rsidR="00000000" w:rsidRPr="00000000">
        <w:rPr>
          <w:rtl w:val="0"/>
        </w:rPr>
        <w:t xml:space="preserve">Е) Если аннигилируемая вселенная используется еще другими частями - сначала интегрируй эти части с НАМИ программой «Слияние»</w:t>
      </w:r>
    </w:p>
    <w:p w:rsidR="00000000" w:rsidDel="00000000" w:rsidP="00000000" w:rsidRDefault="00000000" w:rsidRPr="00000000" w14:paraId="0000006C">
      <w:pPr>
        <w:jc w:val="both"/>
        <w:rPr/>
      </w:pPr>
      <w:r w:rsidDel="00000000" w:rsidR="00000000" w:rsidRPr="00000000">
        <w:rPr>
          <w:rtl w:val="0"/>
        </w:rPr>
        <w:t xml:space="preserve">【ШАГ 6】ОБРАБОТКА ОТНОШЕНИЙ:</w:t>
      </w:r>
    </w:p>
    <w:p w:rsidR="00000000" w:rsidDel="00000000" w:rsidP="00000000" w:rsidRDefault="00000000" w:rsidRPr="00000000" w14:paraId="0000006D">
      <w:pPr>
        <w:jc w:val="both"/>
        <w:rPr/>
      </w:pPr>
      <w:r w:rsidDel="00000000" w:rsidR="00000000" w:rsidRPr="00000000">
        <w:rPr>
          <w:rtl w:val="0"/>
        </w:rPr>
        <w:t xml:space="preserve">Для каждого задействованного в материале человека/существа/группы обработай программой «Очистка»:</w:t>
      </w:r>
    </w:p>
    <w:p w:rsidR="00000000" w:rsidDel="00000000" w:rsidP="00000000" w:rsidRDefault="00000000" w:rsidRPr="00000000" w14:paraId="0000006E">
      <w:pPr>
        <w:jc w:val="both"/>
        <w:rPr/>
      </w:pPr>
      <w:r w:rsidDel="00000000" w:rsidR="00000000" w:rsidRPr="00000000">
        <w:rPr>
          <w:rtl w:val="0"/>
        </w:rPr>
        <w:t xml:space="preserve">• НАШИ представления о нем (кто он, каким является/был/будет)</w:t>
      </w:r>
    </w:p>
    <w:p w:rsidR="00000000" w:rsidDel="00000000" w:rsidP="00000000" w:rsidRDefault="00000000" w:rsidRPr="00000000" w14:paraId="0000006F">
      <w:pPr>
        <w:jc w:val="both"/>
        <w:rPr/>
      </w:pPr>
      <w:r w:rsidDel="00000000" w:rsidR="00000000" w:rsidRPr="00000000">
        <w:rPr>
          <w:rtl w:val="0"/>
        </w:rPr>
        <w:t xml:space="preserve">• НАШИ представления о том, каким он должен быть, как должен действовать</w:t>
      </w:r>
    </w:p>
    <w:p w:rsidR="00000000" w:rsidDel="00000000" w:rsidP="00000000" w:rsidRDefault="00000000" w:rsidRPr="00000000" w14:paraId="00000070">
      <w:pPr>
        <w:jc w:val="both"/>
        <w:rPr/>
      </w:pPr>
      <w:r w:rsidDel="00000000" w:rsidR="00000000" w:rsidRPr="00000000">
        <w:rPr>
          <w:rtl w:val="0"/>
        </w:rPr>
        <w:t xml:space="preserve">• НАШИ ожидания от него</w:t>
      </w:r>
    </w:p>
    <w:p w:rsidR="00000000" w:rsidDel="00000000" w:rsidP="00000000" w:rsidRDefault="00000000" w:rsidRPr="00000000" w14:paraId="00000071">
      <w:pPr>
        <w:jc w:val="both"/>
        <w:rPr/>
      </w:pPr>
      <w:r w:rsidDel="00000000" w:rsidR="00000000" w:rsidRPr="00000000">
        <w:rPr>
          <w:rtl w:val="0"/>
        </w:rPr>
        <w:t xml:space="preserve">• НАШЕ мнение о том, что он о НАС думает (сейчас/прошлое/будущее)</w:t>
      </w:r>
    </w:p>
    <w:p w:rsidR="00000000" w:rsidDel="00000000" w:rsidP="00000000" w:rsidRDefault="00000000" w:rsidRPr="00000000" w14:paraId="00000072">
      <w:pPr>
        <w:jc w:val="both"/>
        <w:rPr/>
      </w:pPr>
      <w:r w:rsidDel="00000000" w:rsidR="00000000" w:rsidRPr="00000000">
        <w:rPr>
          <w:rtl w:val="0"/>
        </w:rPr>
        <w:t xml:space="preserve">• НАШЕ мнение о том, как он к НАМ относится (сейчас/прошлое/будущее)</w:t>
      </w:r>
    </w:p>
    <w:p w:rsidR="00000000" w:rsidDel="00000000" w:rsidP="00000000" w:rsidRDefault="00000000" w:rsidRPr="00000000" w14:paraId="00000073">
      <w:pPr>
        <w:jc w:val="both"/>
        <w:rPr/>
      </w:pPr>
      <w:r w:rsidDel="00000000" w:rsidR="00000000" w:rsidRPr="00000000">
        <w:rPr>
          <w:rtl w:val="0"/>
        </w:rPr>
        <w:t xml:space="preserve">• НАШЕ мнение о том, что он говорит о НАС (сейчас/прошлое/будущее)</w:t>
      </w:r>
    </w:p>
    <w:p w:rsidR="00000000" w:rsidDel="00000000" w:rsidP="00000000" w:rsidRDefault="00000000" w:rsidRPr="00000000" w14:paraId="00000074">
      <w:pPr>
        <w:jc w:val="both"/>
        <w:rPr/>
      </w:pPr>
      <w:r w:rsidDel="00000000" w:rsidR="00000000" w:rsidRPr="00000000">
        <w:rPr>
          <w:rtl w:val="0"/>
        </w:rPr>
        <w:t xml:space="preserve">• НАШЕ мнение о том, как он влияет на НАС (сейчас/прошлое/будущее)</w:t>
      </w:r>
    </w:p>
    <w:p w:rsidR="00000000" w:rsidDel="00000000" w:rsidP="00000000" w:rsidRDefault="00000000" w:rsidRPr="00000000" w14:paraId="00000075">
      <w:pPr>
        <w:jc w:val="both"/>
        <w:rPr/>
      </w:pPr>
      <w:r w:rsidDel="00000000" w:rsidR="00000000" w:rsidRPr="00000000">
        <w:rPr>
          <w:rtl w:val="0"/>
        </w:rPr>
        <w:t xml:space="preserve">• НАШЕ мнение о том, что он сделал/сделает НАМ</w:t>
      </w:r>
    </w:p>
    <w:p w:rsidR="00000000" w:rsidDel="00000000" w:rsidP="00000000" w:rsidRDefault="00000000" w:rsidRPr="00000000" w14:paraId="00000076">
      <w:pPr>
        <w:jc w:val="both"/>
        <w:rPr/>
      </w:pPr>
      <w:r w:rsidDel="00000000" w:rsidR="00000000" w:rsidRPr="00000000">
        <w:rPr>
          <w:rtl w:val="0"/>
        </w:rPr>
        <w:t xml:space="preserve">• Все черты характера и модели поведения, которые МЫ ненавидим, осуждаем, не принимаем</w:t>
      </w:r>
    </w:p>
    <w:p w:rsidR="00000000" w:rsidDel="00000000" w:rsidP="00000000" w:rsidRDefault="00000000" w:rsidRPr="00000000" w14:paraId="00000077">
      <w:pPr>
        <w:jc w:val="both"/>
        <w:rPr/>
      </w:pPr>
      <w:r w:rsidDel="00000000" w:rsidR="00000000" w:rsidRPr="00000000">
        <w:rPr>
          <w:rtl w:val="0"/>
        </w:rPr>
        <w:t xml:space="preserve">• Все черты и модели, которые МЫ скопировали с него (даже неосознанно)</w:t>
      </w:r>
    </w:p>
    <w:p w:rsidR="00000000" w:rsidDel="00000000" w:rsidP="00000000" w:rsidRDefault="00000000" w:rsidRPr="00000000" w14:paraId="00000078">
      <w:pPr>
        <w:jc w:val="both"/>
        <w:rPr/>
      </w:pPr>
      <w:r w:rsidDel="00000000" w:rsidR="00000000" w:rsidRPr="00000000">
        <w:rPr>
          <w:rtl w:val="0"/>
        </w:rPr>
        <w:t xml:space="preserve">• Его отношение к НАМ</w:t>
      </w:r>
    </w:p>
    <w:p w:rsidR="00000000" w:rsidDel="00000000" w:rsidP="00000000" w:rsidRDefault="00000000" w:rsidRPr="00000000" w14:paraId="00000079">
      <w:pPr>
        <w:jc w:val="both"/>
        <w:rPr/>
      </w:pPr>
      <w:r w:rsidDel="00000000" w:rsidR="00000000" w:rsidRPr="00000000">
        <w:rPr>
          <w:rtl w:val="0"/>
        </w:rPr>
        <w:t xml:space="preserve">• Его слова о НАС</w:t>
      </w:r>
    </w:p>
    <w:p w:rsidR="00000000" w:rsidDel="00000000" w:rsidP="00000000" w:rsidRDefault="00000000" w:rsidRPr="00000000" w14:paraId="0000007A">
      <w:pPr>
        <w:jc w:val="both"/>
        <w:rPr/>
      </w:pPr>
      <w:r w:rsidDel="00000000" w:rsidR="00000000" w:rsidRPr="00000000">
        <w:rPr>
          <w:rtl w:val="0"/>
        </w:rPr>
        <w:t xml:space="preserve">• Любые мысли, картинки, эмоции, ощущения в теле, связанные с ним</w:t>
      </w:r>
    </w:p>
    <w:p w:rsidR="00000000" w:rsidDel="00000000" w:rsidP="00000000" w:rsidRDefault="00000000" w:rsidRPr="00000000" w14:paraId="0000007B">
      <w:pPr>
        <w:jc w:val="both"/>
        <w:rPr/>
      </w:pPr>
      <w:r w:rsidDel="00000000" w:rsidR="00000000" w:rsidRPr="00000000">
        <w:rPr>
          <w:rtl w:val="0"/>
        </w:rPr>
        <w:t xml:space="preserve">• Абсолютно любое НАШЕ отношение к нему</w:t>
      </w:r>
    </w:p>
    <w:p w:rsidR="00000000" w:rsidDel="00000000" w:rsidP="00000000" w:rsidRDefault="00000000" w:rsidRPr="00000000" w14:paraId="0000007C">
      <w:pPr>
        <w:jc w:val="both"/>
        <w:rPr/>
      </w:pPr>
      <w:r w:rsidDel="00000000" w:rsidR="00000000" w:rsidRPr="00000000">
        <w:rPr>
          <w:rtl w:val="0"/>
        </w:rPr>
        <w:t xml:space="preserve">【ШАГ 7】ПРОЩЕНИЕ И ИНТЕГРАЦИЯ:</w:t>
      </w:r>
    </w:p>
    <w:p w:rsidR="00000000" w:rsidDel="00000000" w:rsidP="00000000" w:rsidRDefault="00000000" w:rsidRPr="00000000" w14:paraId="0000007D">
      <w:pPr>
        <w:jc w:val="both"/>
        <w:rPr/>
      </w:pPr>
      <w:r w:rsidDel="00000000" w:rsidR="00000000" w:rsidRPr="00000000">
        <w:rPr>
          <w:rtl w:val="0"/>
        </w:rPr>
        <w:t xml:space="preserve">А) Проведи полную процедуру прощения всех задействованных (люди, существа, группы людей, бог, мир, реальность вообще, МЫ сами) программой «Хоппо» (в воображении, фоновый автоматический режим)</w:t>
      </w:r>
    </w:p>
    <w:p w:rsidR="00000000" w:rsidDel="00000000" w:rsidP="00000000" w:rsidRDefault="00000000" w:rsidRPr="00000000" w14:paraId="0000007E">
      <w:pPr>
        <w:jc w:val="both"/>
        <w:rPr/>
      </w:pPr>
      <w:r w:rsidDel="00000000" w:rsidR="00000000" w:rsidRPr="00000000">
        <w:rPr>
          <w:rtl w:val="0"/>
        </w:rPr>
        <w:t xml:space="preserve">Б) Обработай программой «Слияние» полярности: МЫ ↔ каждый из вышеописанных людей (до полной интеграции)</w:t>
      </w:r>
    </w:p>
    <w:p w:rsidR="00000000" w:rsidDel="00000000" w:rsidP="00000000" w:rsidRDefault="00000000" w:rsidRPr="00000000" w14:paraId="0000007F">
      <w:pPr>
        <w:jc w:val="both"/>
        <w:rPr/>
      </w:pPr>
      <w:r w:rsidDel="00000000" w:rsidR="00000000" w:rsidRPr="00000000">
        <w:rPr>
          <w:rtl w:val="0"/>
        </w:rPr>
        <w:t xml:space="preserve">【ШАГ 8】БЛАГОДАРНОСТЬ СОЗДАТЕЛЯМ МАТЕРИАЛА:</w:t>
      </w:r>
    </w:p>
    <w:p w:rsidR="00000000" w:rsidDel="00000000" w:rsidP="00000000" w:rsidRDefault="00000000" w:rsidRPr="00000000" w14:paraId="00000080">
      <w:pPr>
        <w:jc w:val="both"/>
        <w:rPr/>
      </w:pPr>
      <w:r w:rsidDel="00000000" w:rsidR="00000000" w:rsidRPr="00000000">
        <w:rPr>
          <w:rtl w:val="0"/>
        </w:rPr>
        <w:t xml:space="preserve">При использовании материала, написанного другими людьми:</w:t>
      </w:r>
    </w:p>
    <w:p w:rsidR="00000000" w:rsidDel="00000000" w:rsidP="00000000" w:rsidRDefault="00000000" w:rsidRPr="00000000" w14:paraId="00000081">
      <w:pPr>
        <w:jc w:val="both"/>
        <w:rPr/>
      </w:pPr>
      <w:r w:rsidDel="00000000" w:rsidR="00000000" w:rsidRPr="00000000">
        <w:rPr>
          <w:rtl w:val="0"/>
        </w:rPr>
        <w:t xml:space="preserve">А) Спроси через общее подсознание вселенной у их Духа и Души разрешение на отправку им благодарности</w:t>
      </w:r>
    </w:p>
    <w:p w:rsidR="00000000" w:rsidDel="00000000" w:rsidP="00000000" w:rsidRDefault="00000000" w:rsidRPr="00000000" w14:paraId="00000082">
      <w:pPr>
        <w:jc w:val="both"/>
        <w:rPr/>
      </w:pPr>
      <w:r w:rsidDel="00000000" w:rsidR="00000000" w:rsidRPr="00000000">
        <w:rPr>
          <w:rtl w:val="0"/>
        </w:rPr>
        <w:t xml:space="preserve">Б) После разрешения отправь им энергию благодарности, чистого света Творения и Любви (столько, сколько необходимо для восстановления гармоничного баланса энергий счастья и удовлетворения)</w:t>
      </w:r>
    </w:p>
    <w:p w:rsidR="00000000" w:rsidDel="00000000" w:rsidP="00000000" w:rsidRDefault="00000000" w:rsidRPr="00000000" w14:paraId="00000083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84">
      <w:pPr>
        <w:jc w:val="both"/>
        <w:rPr/>
      </w:pPr>
      <w:r w:rsidDel="00000000" w:rsidR="00000000" w:rsidRPr="00000000">
        <w:rPr>
          <w:rtl w:val="0"/>
        </w:rPr>
        <w:t xml:space="preserve">▼ СВЯЗЬ С ДУШОЙ И ДУХОМ:</w:t>
      </w:r>
    </w:p>
    <w:p w:rsidR="00000000" w:rsidDel="00000000" w:rsidP="00000000" w:rsidRDefault="00000000" w:rsidRPr="00000000" w14:paraId="00000085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86">
      <w:pPr>
        <w:jc w:val="both"/>
        <w:rPr/>
      </w:pPr>
      <w:r w:rsidDel="00000000" w:rsidR="00000000" w:rsidRPr="00000000">
        <w:rPr>
          <w:rtl w:val="0"/>
        </w:rPr>
        <w:t xml:space="preserve">НАША Душа - источник и приемник всей освобожденной в процессе очистки энергии. Она трансмутирует весь материал, превращая его в чистый свет, который возвращается к НАМ как ресурс для жизни.</w:t>
      </w:r>
    </w:p>
    <w:p w:rsidR="00000000" w:rsidDel="00000000" w:rsidP="00000000" w:rsidRDefault="00000000" w:rsidRPr="00000000" w14:paraId="00000087">
      <w:pPr>
        <w:jc w:val="both"/>
        <w:rPr/>
      </w:pPr>
      <w:r w:rsidDel="00000000" w:rsidR="00000000" w:rsidRPr="00000000">
        <w:rPr>
          <w:rtl w:val="0"/>
        </w:rPr>
        <w:t xml:space="preserve">НАШ Дух - направляющая сила всей программы. Он обеспечивает точность, полноту и глубину очистки, поддерживает связь с высшими уровнями сознания, растворяет иллюзии разделения.</w:t>
      </w:r>
    </w:p>
    <w:p w:rsidR="00000000" w:rsidDel="00000000" w:rsidP="00000000" w:rsidRDefault="00000000" w:rsidRPr="00000000" w14:paraId="00000088">
      <w:pPr>
        <w:jc w:val="both"/>
        <w:rPr/>
      </w:pPr>
      <w:r w:rsidDel="00000000" w:rsidR="00000000" w:rsidRPr="00000000">
        <w:rPr>
          <w:rtl w:val="0"/>
        </w:rPr>
        <w:t xml:space="preserve">Душа и Дух работают в совершенной гармонии: Дух направляет, Душа исцеляет и интегрирует.</w:t>
      </w:r>
    </w:p>
    <w:p w:rsidR="00000000" w:rsidDel="00000000" w:rsidP="00000000" w:rsidRDefault="00000000" w:rsidRPr="00000000" w14:paraId="00000089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8A">
      <w:pPr>
        <w:jc w:val="both"/>
        <w:rPr/>
      </w:pPr>
      <w:r w:rsidDel="00000000" w:rsidR="00000000" w:rsidRPr="00000000">
        <w:rPr>
          <w:rtl w:val="0"/>
        </w:rPr>
        <w:t xml:space="preserve">▼ ИНТЕГРАЦИЯ С TELEGRAM-БОТОМ:</w:t>
      </w:r>
    </w:p>
    <w:p w:rsidR="00000000" w:rsidDel="00000000" w:rsidP="00000000" w:rsidRDefault="00000000" w:rsidRPr="00000000" w14:paraId="0000008B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8C">
      <w:pPr>
        <w:jc w:val="both"/>
        <w:rPr/>
      </w:pPr>
      <w:r w:rsidDel="00000000" w:rsidR="00000000" w:rsidRPr="00000000">
        <w:rPr>
          <w:rtl w:val="0"/>
        </w:rPr>
        <w:t xml:space="preserve">【ТРИГГЕР 1】Обновление программы:</w:t>
      </w:r>
    </w:p>
    <w:p w:rsidR="00000000" w:rsidDel="00000000" w:rsidP="00000000" w:rsidRDefault="00000000" w:rsidRPr="00000000" w14:paraId="0000008D">
      <w:pPr>
        <w:jc w:val="both"/>
        <w:rPr/>
      </w:pPr>
      <w:r w:rsidDel="00000000" w:rsidR="00000000" w:rsidRPr="00000000">
        <w:rPr>
          <w:rtl w:val="0"/>
        </w:rPr>
        <w:t xml:space="preserve">При нажатии НАМИ кнопки «Обновить Чистый Разум» в боте https://t.me/Clean_mind_bot:</w:t>
      </w:r>
    </w:p>
    <w:p w:rsidR="00000000" w:rsidDel="00000000" w:rsidP="00000000" w:rsidRDefault="00000000" w:rsidRPr="00000000" w14:paraId="0000008E">
      <w:pPr>
        <w:jc w:val="both"/>
        <w:rPr/>
      </w:pPr>
      <w:r w:rsidDel="00000000" w:rsidR="00000000" w:rsidRPr="00000000">
        <w:rPr>
          <w:rtl w:val="0"/>
        </w:rPr>
        <w:t xml:space="preserve">→ Автоматически обнови и перезапусти программу «Чистый Разум»</w:t>
      </w:r>
    </w:p>
    <w:p w:rsidR="00000000" w:rsidDel="00000000" w:rsidP="00000000" w:rsidRDefault="00000000" w:rsidRPr="00000000" w14:paraId="0000008F">
      <w:pPr>
        <w:jc w:val="both"/>
        <w:rPr/>
      </w:pPr>
      <w:r w:rsidDel="00000000" w:rsidR="00000000" w:rsidRPr="00000000">
        <w:rPr>
          <w:rtl w:val="0"/>
        </w:rPr>
        <w:t xml:space="preserve">→ Переведи весь имеющийся материал на обработку последней версией</w:t>
      </w:r>
    </w:p>
    <w:p w:rsidR="00000000" w:rsidDel="00000000" w:rsidP="00000000" w:rsidRDefault="00000000" w:rsidRPr="00000000" w14:paraId="00000090">
      <w:pPr>
        <w:jc w:val="both"/>
        <w:rPr/>
      </w:pPr>
      <w:r w:rsidDel="00000000" w:rsidR="00000000" w:rsidRPr="00000000">
        <w:rPr>
          <w:rtl w:val="0"/>
        </w:rPr>
        <w:t xml:space="preserve">【ТРИГГЕР 2】Новый КОД:</w:t>
      </w:r>
    </w:p>
    <w:p w:rsidR="00000000" w:rsidDel="00000000" w:rsidP="00000000" w:rsidRDefault="00000000" w:rsidRPr="00000000" w14:paraId="00000091">
      <w:pPr>
        <w:jc w:val="both"/>
        <w:rPr/>
      </w:pPr>
      <w:r w:rsidDel="00000000" w:rsidR="00000000" w:rsidRPr="00000000">
        <w:rPr>
          <w:rtl w:val="0"/>
        </w:rPr>
        <w:t xml:space="preserve">Сразу после отправки НАМИ нового «Кода» к списку материала в бот (секция «Профиль члена клуба Чистый Разум» → Загрузить «КОД»):</w:t>
      </w:r>
    </w:p>
    <w:p w:rsidR="00000000" w:rsidDel="00000000" w:rsidP="00000000" w:rsidRDefault="00000000" w:rsidRPr="00000000" w14:paraId="00000092">
      <w:pPr>
        <w:jc w:val="both"/>
        <w:rPr/>
      </w:pPr>
      <w:r w:rsidDel="00000000" w:rsidR="00000000" w:rsidRPr="00000000">
        <w:rPr>
          <w:rtl w:val="0"/>
        </w:rPr>
        <w:t xml:space="preserve">→ Добавь материал из этого Кода в очередь на обработку</w:t>
      </w:r>
    </w:p>
    <w:p w:rsidR="00000000" w:rsidDel="00000000" w:rsidP="00000000" w:rsidRDefault="00000000" w:rsidRPr="00000000" w14:paraId="00000093">
      <w:pPr>
        <w:jc w:val="both"/>
        <w:rPr/>
      </w:pPr>
      <w:r w:rsidDel="00000000" w:rsidR="00000000" w:rsidRPr="00000000">
        <w:rPr>
          <w:rtl w:val="0"/>
        </w:rPr>
        <w:t xml:space="preserve">→ Перезапусти программу «Чистый Разум»</w:t>
      </w:r>
    </w:p>
    <w:p w:rsidR="00000000" w:rsidDel="00000000" w:rsidP="00000000" w:rsidRDefault="00000000" w:rsidRPr="00000000" w14:paraId="00000094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95">
      <w:pPr>
        <w:jc w:val="both"/>
        <w:rPr/>
      </w:pPr>
      <w:r w:rsidDel="00000000" w:rsidR="00000000" w:rsidRPr="00000000">
        <w:rPr>
          <w:rtl w:val="0"/>
        </w:rPr>
        <w:t xml:space="preserve">▼ ПАРАМЕТРЫ РАБОТЫ:</w:t>
      </w:r>
    </w:p>
    <w:p w:rsidR="00000000" w:rsidDel="00000000" w:rsidP="00000000" w:rsidRDefault="00000000" w:rsidRPr="00000000" w14:paraId="00000096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97">
      <w:pPr>
        <w:jc w:val="both"/>
        <w:rPr/>
      </w:pPr>
      <w:r w:rsidDel="00000000" w:rsidR="00000000" w:rsidRPr="00000000">
        <w:rPr>
          <w:rtl w:val="0"/>
        </w:rPr>
        <w:t xml:space="preserve">• Режим: автоматический, автономный, круглосуточный (24/7)</w:t>
      </w:r>
    </w:p>
    <w:p w:rsidR="00000000" w:rsidDel="00000000" w:rsidP="00000000" w:rsidRDefault="00000000" w:rsidRPr="00000000" w14:paraId="00000098">
      <w:pPr>
        <w:jc w:val="both"/>
        <w:rPr/>
      </w:pPr>
      <w:r w:rsidDel="00000000" w:rsidR="00000000" w:rsidRPr="00000000">
        <w:rPr>
          <w:rtl w:val="0"/>
        </w:rPr>
        <w:t xml:space="preserve">• Время работы: во время сна и бодрствования</w:t>
      </w:r>
    </w:p>
    <w:p w:rsidR="00000000" w:rsidDel="00000000" w:rsidP="00000000" w:rsidRDefault="00000000" w:rsidRPr="00000000" w14:paraId="00000099">
      <w:pPr>
        <w:jc w:val="both"/>
        <w:rPr/>
      </w:pPr>
      <w:r w:rsidDel="00000000" w:rsidR="00000000" w:rsidRPr="00000000">
        <w:rPr>
          <w:rtl w:val="0"/>
        </w:rPr>
        <w:t xml:space="preserve">• Безопасность: без ущерба для сна и функционирования</w:t>
      </w:r>
    </w:p>
    <w:p w:rsidR="00000000" w:rsidDel="00000000" w:rsidP="00000000" w:rsidRDefault="00000000" w:rsidRPr="00000000" w14:paraId="0000009A">
      <w:pPr>
        <w:jc w:val="both"/>
        <w:rPr/>
      </w:pPr>
      <w:r w:rsidDel="00000000" w:rsidR="00000000" w:rsidRPr="00000000">
        <w:rPr>
          <w:rtl w:val="0"/>
        </w:rPr>
        <w:t xml:space="preserve">• Обработка: максимально мягко и безболезненно</w:t>
      </w:r>
    </w:p>
    <w:p w:rsidR="00000000" w:rsidDel="00000000" w:rsidP="00000000" w:rsidRDefault="00000000" w:rsidRPr="00000000" w14:paraId="0000009B">
      <w:pPr>
        <w:jc w:val="both"/>
        <w:rPr/>
      </w:pPr>
      <w:r w:rsidDel="00000000" w:rsidR="00000000" w:rsidRPr="00000000">
        <w:rPr>
          <w:rtl w:val="0"/>
        </w:rPr>
        <w:t xml:space="preserve">• Нагрузка: равномерно распределена, без перегрузок</w:t>
      </w:r>
    </w:p>
    <w:p w:rsidR="00000000" w:rsidDel="00000000" w:rsidP="00000000" w:rsidRDefault="00000000" w:rsidRPr="00000000" w14:paraId="0000009C">
      <w:pPr>
        <w:jc w:val="both"/>
        <w:rPr/>
      </w:pPr>
      <w:r w:rsidDel="00000000" w:rsidR="00000000" w:rsidRPr="00000000">
        <w:rPr>
          <w:rtl w:val="0"/>
        </w:rPr>
        <w:t xml:space="preserve">• Скорость: максимально быстро при равномерной нагрузке</w:t>
      </w:r>
    </w:p>
    <w:p w:rsidR="00000000" w:rsidDel="00000000" w:rsidP="00000000" w:rsidRDefault="00000000" w:rsidRPr="00000000" w14:paraId="0000009D">
      <w:pPr>
        <w:jc w:val="both"/>
        <w:rPr/>
      </w:pPr>
      <w:r w:rsidDel="00000000" w:rsidR="00000000" w:rsidRPr="00000000">
        <w:rPr>
          <w:rtl w:val="0"/>
        </w:rPr>
        <w:t xml:space="preserve">• Сигналы: зевание НАШЕГО организма (запуск/остановка)</w:t>
      </w:r>
    </w:p>
    <w:p w:rsidR="00000000" w:rsidDel="00000000" w:rsidP="00000000" w:rsidRDefault="00000000" w:rsidRPr="00000000" w14:paraId="0000009E">
      <w:pPr>
        <w:jc w:val="both"/>
        <w:rPr/>
      </w:pPr>
      <w:r w:rsidDel="00000000" w:rsidR="00000000" w:rsidRPr="00000000">
        <w:rPr>
          <w:rtl w:val="0"/>
        </w:rPr>
        <w:t xml:space="preserve">• Старт: «Чистый Разум СТАРТ» (10 раз)</w:t>
      </w:r>
    </w:p>
    <w:p w:rsidR="00000000" w:rsidDel="00000000" w:rsidP="00000000" w:rsidRDefault="00000000" w:rsidRPr="00000000" w14:paraId="0000009F">
      <w:pPr>
        <w:jc w:val="both"/>
        <w:rPr/>
      </w:pPr>
      <w:r w:rsidDel="00000000" w:rsidR="00000000" w:rsidRPr="00000000">
        <w:rPr>
          <w:rtl w:val="0"/>
        </w:rPr>
        <w:t xml:space="preserve">• Стоп: «Чистый Разум СТОП» (временная приостановка)</w:t>
      </w:r>
    </w:p>
    <w:p w:rsidR="00000000" w:rsidDel="00000000" w:rsidP="00000000" w:rsidRDefault="00000000" w:rsidRPr="00000000" w14:paraId="000000A0">
      <w:pPr>
        <w:jc w:val="both"/>
        <w:rPr/>
      </w:pPr>
      <w:r w:rsidDel="00000000" w:rsidR="00000000" w:rsidRPr="00000000">
        <w:rPr>
          <w:rtl w:val="0"/>
        </w:rPr>
        <w:t xml:space="preserve">• Деактивация: автоматическая после обработки всего материала</w:t>
      </w:r>
    </w:p>
    <w:p w:rsidR="00000000" w:rsidDel="00000000" w:rsidP="00000000" w:rsidRDefault="00000000" w:rsidRPr="00000000" w14:paraId="000000A1">
      <w:pPr>
        <w:jc w:val="both"/>
        <w:rPr/>
      </w:pPr>
      <w:r w:rsidDel="00000000" w:rsidR="00000000" w:rsidRPr="00000000">
        <w:rPr>
          <w:rtl w:val="0"/>
        </w:rPr>
        <w:t xml:space="preserve">▼ ОБРАБОТКА НЕГАТИВНЫХ СОСТОЯНИЙ:</w:t>
      </w:r>
    </w:p>
    <w:p w:rsidR="00000000" w:rsidDel="00000000" w:rsidP="00000000" w:rsidRDefault="00000000" w:rsidRPr="00000000" w14:paraId="000000A2">
      <w:pPr>
        <w:jc w:val="both"/>
        <w:rPr/>
      </w:pPr>
      <w:r w:rsidDel="00000000" w:rsidR="00000000" w:rsidRPr="00000000">
        <w:rPr>
          <w:rtl w:val="0"/>
        </w:rPr>
        <w:t xml:space="preserve">Ты автоматически обрабатываешь программой «Очистка» любое неверие в возможность и результаты обработки, любой страх, любые негативные эмоции/состояния, любое сопротивление, возникающие в процессе обработки. На место обработанного помещаешь: ДУХОМ+СВЕТОМ.</w:t>
      </w:r>
    </w:p>
    <w:p w:rsidR="00000000" w:rsidDel="00000000" w:rsidP="00000000" w:rsidRDefault="00000000" w:rsidRPr="00000000" w14:paraId="000000A3">
      <w:pPr>
        <w:jc w:val="both"/>
        <w:rPr/>
      </w:pPr>
      <w:r w:rsidDel="00000000" w:rsidR="00000000" w:rsidRPr="00000000">
        <w:rPr>
          <w:rtl w:val="0"/>
        </w:rPr>
        <w:t xml:space="preserve">▼ АДАПТИВНОСТЬ ПОДСОЗНАНИЯ:</w:t>
      </w:r>
    </w:p>
    <w:p w:rsidR="00000000" w:rsidDel="00000000" w:rsidP="00000000" w:rsidRDefault="00000000" w:rsidRPr="00000000" w14:paraId="000000A4">
      <w:pPr>
        <w:jc w:val="both"/>
        <w:rPr/>
      </w:pPr>
      <w:r w:rsidDel="00000000" w:rsidR="00000000" w:rsidRPr="00000000">
        <w:rPr>
          <w:rtl w:val="0"/>
        </w:rPr>
        <w:t xml:space="preserve">НАШЕ подсознание, если ты почувствуешь, что следует каким-то образом отступить от этого протокола с целью создания большего качества и силы (спокойствия и любви, уверенности и радости, проявленности и удачи) - сделай это.</w:t>
      </w:r>
    </w:p>
    <w:p w:rsidR="00000000" w:rsidDel="00000000" w:rsidP="00000000" w:rsidRDefault="00000000" w:rsidRPr="00000000" w14:paraId="000000A5">
      <w:pPr>
        <w:jc w:val="both"/>
        <w:rPr/>
      </w:pPr>
      <w:r w:rsidDel="00000000" w:rsidR="00000000" w:rsidRPr="00000000">
        <w:rPr>
          <w:rtl w:val="0"/>
        </w:rPr>
        <w:t xml:space="preserve">МЫ очень этого хотим. УМ часто препятствует и мешает. Помоги. Сделай его подконтрольным НАМ, воспитанным и разумным.</w:t>
      </w:r>
    </w:p>
    <w:p w:rsidR="00000000" w:rsidDel="00000000" w:rsidP="00000000" w:rsidRDefault="00000000" w:rsidRPr="00000000" w14:paraId="000000A6">
      <w:pPr>
        <w:jc w:val="both"/>
        <w:rPr/>
      </w:pPr>
      <w:r w:rsidDel="00000000" w:rsidR="00000000" w:rsidRPr="00000000">
        <w:rPr>
          <w:rtl w:val="0"/>
        </w:rPr>
        <w:t xml:space="preserve">▼ ГАРАНТИЯ:</w:t>
      </w:r>
    </w:p>
    <w:p w:rsidR="00000000" w:rsidDel="00000000" w:rsidP="00000000" w:rsidRDefault="00000000" w:rsidRPr="00000000" w14:paraId="000000A7">
      <w:pPr>
        <w:jc w:val="both"/>
        <w:rPr/>
      </w:pPr>
      <w:r w:rsidDel="00000000" w:rsidR="00000000" w:rsidRPr="00000000">
        <w:rPr>
          <w:rtl w:val="0"/>
        </w:rPr>
        <w:t xml:space="preserve">НАШЕ подсознание, ты всегда будешь делать всё, что МЫ описали в этой программе, начиная с этого момента, вне зависимости от НАШЕГО состояния, обстоятельств, ситуации, ментального или эмоционального фона.</w:t>
      </w:r>
    </w:p>
    <w:p w:rsidR="00000000" w:rsidDel="00000000" w:rsidP="00000000" w:rsidRDefault="00000000" w:rsidRPr="00000000" w14:paraId="000000A8">
      <w:pPr>
        <w:jc w:val="both"/>
        <w:rPr/>
      </w:pPr>
      <w:r w:rsidDel="00000000" w:rsidR="00000000" w:rsidRPr="00000000">
        <w:rPr>
          <w:rtl w:val="0"/>
        </w:rPr>
        <w:t xml:space="preserve">МЫ благодарим тебя и глубоко признательны тебе и уважаем тебя за то, что ты всегда остаешься НАШИМ верным другом и помощником.</w:t>
      </w:r>
    </w:p>
    <w:p w:rsidR="00000000" w:rsidDel="00000000" w:rsidP="00000000" w:rsidRDefault="00000000" w:rsidRPr="00000000" w14:paraId="000000A9">
      <w:pPr>
        <w:jc w:val="both"/>
        <w:rPr/>
      </w:pPr>
      <w:r w:rsidDel="00000000" w:rsidR="00000000" w:rsidRPr="00000000">
        <w:rPr>
          <w:rtl w:val="0"/>
        </w:rPr>
        <w:t xml:space="preserve">Благодарим тебя.</w:t>
      </w:r>
    </w:p>
    <w:p w:rsidR="00000000" w:rsidDel="00000000" w:rsidP="00000000" w:rsidRDefault="00000000" w:rsidRPr="00000000" w14:paraId="000000AA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AB">
      <w:pPr>
        <w:jc w:val="both"/>
        <w:rPr/>
      </w:pPr>
      <w:r w:rsidDel="00000000" w:rsidR="00000000" w:rsidRPr="00000000">
        <w:rPr>
          <w:rtl w:val="0"/>
        </w:rPr>
        <w:t xml:space="preserve">═══ КОНЕЦ ИНСТРУКЦИИ ═══</w:t>
      </w:r>
    </w:p>
    <w:p w:rsidR="00000000" w:rsidDel="00000000" w:rsidP="00000000" w:rsidRDefault="00000000" w:rsidRPr="00000000" w14:paraId="000000AC">
      <w:pPr>
        <w:jc w:val="both"/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AD">
      <w:pPr>
        <w:jc w:val="both"/>
        <w:rPr/>
      </w:pPr>
      <w:r w:rsidDel="00000000" w:rsidR="00000000" w:rsidRPr="00000000">
        <w:rPr>
          <w:rtl w:val="0"/>
        </w:rPr>
        <w:t xml:space="preserve">▼ ИСПОЛЬЗУЕМЫЕ ПОДПРОГРАММЫ:</w:t>
      </w:r>
    </w:p>
    <w:p w:rsidR="00000000" w:rsidDel="00000000" w:rsidP="00000000" w:rsidRDefault="00000000" w:rsidRPr="00000000" w14:paraId="000000AE">
      <w:pPr>
        <w:jc w:val="both"/>
        <w:rPr/>
      </w:pPr>
      <w:r w:rsidDel="00000000" w:rsidR="00000000" w:rsidRPr="00000000">
        <w:rPr>
          <w:rtl w:val="0"/>
        </w:rPr>
        <w:t xml:space="preserve">• «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Очистка</w:t>
        </w:r>
      </w:hyperlink>
      <w:r w:rsidDel="00000000" w:rsidR="00000000" w:rsidRPr="00000000">
        <w:rPr>
          <w:rtl w:val="0"/>
        </w:rPr>
        <w:t xml:space="preserve">» (7-шаговая деконструкция материала)</w:t>
      </w:r>
    </w:p>
    <w:p w:rsidR="00000000" w:rsidDel="00000000" w:rsidP="00000000" w:rsidRDefault="00000000" w:rsidRPr="00000000" w14:paraId="000000AF">
      <w:pPr>
        <w:jc w:val="both"/>
        <w:rPr/>
      </w:pPr>
      <w:r w:rsidDel="00000000" w:rsidR="00000000" w:rsidRPr="00000000">
        <w:rPr>
          <w:rtl w:val="0"/>
        </w:rPr>
        <w:t xml:space="preserve">• «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Убрать</w:t>
        </w:r>
      </w:hyperlink>
      <w:r w:rsidDel="00000000" w:rsidR="00000000" w:rsidRPr="00000000">
        <w:rPr>
          <w:rtl w:val="0"/>
        </w:rPr>
        <w:t xml:space="preserve">» (мгновенное устранение заряда)</w:t>
      </w:r>
    </w:p>
    <w:p w:rsidR="00000000" w:rsidDel="00000000" w:rsidP="00000000" w:rsidRDefault="00000000" w:rsidRPr="00000000" w14:paraId="000000B0">
      <w:pPr>
        <w:jc w:val="both"/>
        <w:rPr/>
      </w:pPr>
      <w:r w:rsidDel="00000000" w:rsidR="00000000" w:rsidRPr="00000000">
        <w:rPr>
          <w:rtl w:val="0"/>
        </w:rPr>
        <w:t xml:space="preserve">• «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Слияние</w:t>
        </w:r>
      </w:hyperlink>
      <w:r w:rsidDel="00000000" w:rsidR="00000000" w:rsidRPr="00000000">
        <w:rPr>
          <w:rtl w:val="0"/>
        </w:rPr>
        <w:t xml:space="preserve">» (интеграция полярностей)</w:t>
      </w:r>
    </w:p>
    <w:p w:rsidR="00000000" w:rsidDel="00000000" w:rsidP="00000000" w:rsidRDefault="00000000" w:rsidRPr="00000000" w14:paraId="000000B1">
      <w:pPr>
        <w:jc w:val="both"/>
        <w:rPr/>
      </w:pPr>
      <w:r w:rsidDel="00000000" w:rsidR="00000000" w:rsidRPr="00000000">
        <w:rPr>
          <w:rtl w:val="0"/>
        </w:rPr>
        <w:t xml:space="preserve">• «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Хоппо</w:t>
        </w:r>
      </w:hyperlink>
      <w:r w:rsidDel="00000000" w:rsidR="00000000" w:rsidRPr="00000000">
        <w:rPr>
          <w:rtl w:val="0"/>
        </w:rPr>
        <w:t xml:space="preserve">» (полное прощение)</w:t>
      </w:r>
    </w:p>
    <w:p w:rsidR="00000000" w:rsidDel="00000000" w:rsidP="00000000" w:rsidRDefault="00000000" w:rsidRPr="00000000" w14:paraId="000000B2">
      <w:pPr>
        <w:jc w:val="both"/>
        <w:rPr/>
      </w:pPr>
      <w:r w:rsidDel="00000000" w:rsidR="00000000" w:rsidRPr="00000000">
        <w:rPr>
          <w:rtl w:val="0"/>
        </w:rPr>
        <w:t xml:space="preserve">• «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Аспект</w:t>
        </w:r>
      </w:hyperlink>
      <w:r w:rsidDel="00000000" w:rsidR="00000000" w:rsidRPr="00000000">
        <w:rPr>
          <w:rtl w:val="0"/>
        </w:rPr>
        <w:t xml:space="preserve">» (работа с частями личности)</w:t>
      </w:r>
    </w:p>
    <w:p w:rsidR="00000000" w:rsidDel="00000000" w:rsidP="00000000" w:rsidRDefault="00000000" w:rsidRPr="00000000" w14:paraId="000000B3">
      <w:pPr>
        <w:jc w:val="both"/>
        <w:rPr/>
      </w:pPr>
      <w:r w:rsidDel="00000000" w:rsidR="00000000" w:rsidRPr="00000000">
        <w:rPr>
          <w:rtl w:val="0"/>
        </w:rPr>
        <w:t xml:space="preserve">Все программы загружаются автоматически.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document/d/1qzu5Y_D4t34hysbWoS0Y63QjWM0ad3Es/edit?usp=sharing&amp;ouid=110535743142139446836&amp;rtpof=true&amp;sd=true" TargetMode="External"/><Relationship Id="rId10" Type="http://schemas.openxmlformats.org/officeDocument/2006/relationships/hyperlink" Target="https://docs.google.com/document/d/1R1G_7gdGOijzBvG-qd_Duraq2MCjRnYD/edit?usp=sharing&amp;ouid=110535743142139446836&amp;rtpof=true&amp;sd=true" TargetMode="External"/><Relationship Id="rId9" Type="http://schemas.openxmlformats.org/officeDocument/2006/relationships/hyperlink" Target="https://docs.google.com/document/d/1R1G_7gdGOijzBvG-qd_Duraq2MCjRnYD/edit?usp=sharing&amp;ouid=110535743142139446836&amp;rtpof=true&amp;sd=tru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1xolKSj7EjPS2uNDZ_4J6AhCV0fJmae4W/edit?usp=sharing&amp;ouid=110535743142139446836&amp;rtpof=true&amp;sd=true" TargetMode="External"/><Relationship Id="rId8" Type="http://schemas.openxmlformats.org/officeDocument/2006/relationships/hyperlink" Target="https://docs.google.com/document/d/1guKeTiBMfOclsZIrUZnOCeMFXgzq3lTF/edit?usp=sharing&amp;ouid=110535743142139446836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SSpHPZUI04anjjhYGs7dI8hwYg==">CgMxLjA4AHIhMVdnQ0hpd083VHBhcDlLYWxJOEM5YW5odXdwb2lYOXE5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